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AFE9" w14:textId="6C623707" w:rsidR="00614BA8" w:rsidRDefault="00955D3D" w:rsidP="00DF243A">
      <w:pPr>
        <w:pStyle w:val="Nadpis1"/>
        <w:spacing w:before="0" w:after="400"/>
        <w:jc w:val="center"/>
        <w:rPr>
          <w:rFonts w:asciiTheme="minorHAnsi" w:hAnsiTheme="minorHAnsi"/>
          <w:color w:val="1F497D" w:themeColor="text2"/>
          <w:sz w:val="36"/>
          <w:szCs w:val="36"/>
        </w:rPr>
      </w:pPr>
      <w:r w:rsidRPr="003E6F75">
        <w:rPr>
          <w:rFonts w:asciiTheme="minorHAnsi" w:hAnsiTheme="minorHAnsi"/>
          <w:bCs w:val="0"/>
          <w:color w:val="1F497D" w:themeColor="text2"/>
          <w:kern w:val="2"/>
          <w:sz w:val="36"/>
          <w:szCs w:val="48"/>
          <w14:ligatures w14:val="standardContextual"/>
        </w:rPr>
        <w:t>Internship</w:t>
      </w:r>
      <w:r w:rsidRPr="003E6F75">
        <w:rPr>
          <w:rFonts w:asciiTheme="minorHAnsi" w:hAnsiTheme="minorHAnsi"/>
          <w:color w:val="1F497D" w:themeColor="text2"/>
          <w:sz w:val="36"/>
          <w:szCs w:val="36"/>
        </w:rPr>
        <w:t xml:space="preserve"> Report</w:t>
      </w:r>
    </w:p>
    <w:tbl>
      <w:tblPr>
        <w:tblStyle w:val="Mkatabulky"/>
        <w:tblW w:w="9598" w:type="dxa"/>
        <w:tblLook w:val="04A0" w:firstRow="1" w:lastRow="0" w:firstColumn="1" w:lastColumn="0" w:noHBand="0" w:noVBand="1"/>
      </w:tblPr>
      <w:tblGrid>
        <w:gridCol w:w="3256"/>
        <w:gridCol w:w="6342"/>
      </w:tblGrid>
      <w:tr w:rsidR="00CC3B94" w14:paraId="0EB8ACAB" w14:textId="77777777" w:rsidTr="00761B4D">
        <w:trPr>
          <w:trHeight w:val="520"/>
        </w:trPr>
        <w:tc>
          <w:tcPr>
            <w:tcW w:w="3256" w:type="dxa"/>
            <w:vAlign w:val="center"/>
          </w:tcPr>
          <w:p w14:paraId="3DA42CBF" w14:textId="59647FBB" w:rsidR="00CC3B94" w:rsidRDefault="00CC3B94" w:rsidP="00CC3B94">
            <w:r w:rsidRPr="003E6F75">
              <w:t>Registration Number:</w:t>
            </w:r>
          </w:p>
        </w:tc>
        <w:tc>
          <w:tcPr>
            <w:tcW w:w="6342" w:type="dxa"/>
            <w:vAlign w:val="center"/>
          </w:tcPr>
          <w:p w14:paraId="5E55700E" w14:textId="73BC1373" w:rsidR="00CC3B94" w:rsidRDefault="00CC3B94" w:rsidP="00CC3B94">
            <w:r w:rsidRPr="003E6F75">
              <w:t>CZ.02.01.01/00/24_037/0013839</w:t>
            </w:r>
          </w:p>
        </w:tc>
      </w:tr>
      <w:tr w:rsidR="00CC3B94" w14:paraId="71294C96" w14:textId="77777777" w:rsidTr="00761B4D">
        <w:trPr>
          <w:trHeight w:val="520"/>
        </w:trPr>
        <w:tc>
          <w:tcPr>
            <w:tcW w:w="3256" w:type="dxa"/>
            <w:vAlign w:val="center"/>
          </w:tcPr>
          <w:p w14:paraId="5DC4DEF5" w14:textId="7F8500F9" w:rsidR="00CC3B94" w:rsidRDefault="00CC3B94" w:rsidP="00CC3B94">
            <w:r w:rsidRPr="003E6F75">
              <w:t>Project Number:</w:t>
            </w:r>
          </w:p>
        </w:tc>
        <w:tc>
          <w:tcPr>
            <w:tcW w:w="6342" w:type="dxa"/>
          </w:tcPr>
          <w:p w14:paraId="64AA37BD" w14:textId="77777777" w:rsidR="00CC3B94" w:rsidRDefault="00CC3B94" w:rsidP="00CC3B94"/>
        </w:tc>
      </w:tr>
      <w:tr w:rsidR="00CC3B94" w14:paraId="21E8F558" w14:textId="77777777" w:rsidTr="00761B4D">
        <w:trPr>
          <w:trHeight w:val="500"/>
        </w:trPr>
        <w:tc>
          <w:tcPr>
            <w:tcW w:w="3256" w:type="dxa"/>
            <w:vAlign w:val="center"/>
          </w:tcPr>
          <w:p w14:paraId="586C0B28" w14:textId="2C833AB5" w:rsidR="00CC3B94" w:rsidRDefault="00CC3B94" w:rsidP="00CC3B94">
            <w:r w:rsidRPr="003E6F75">
              <w:t>Project Name:</w:t>
            </w:r>
          </w:p>
        </w:tc>
        <w:tc>
          <w:tcPr>
            <w:tcW w:w="6342" w:type="dxa"/>
          </w:tcPr>
          <w:p w14:paraId="43F4D054" w14:textId="77777777" w:rsidR="00CC3B94" w:rsidRDefault="00CC3B94" w:rsidP="00CC3B94"/>
        </w:tc>
      </w:tr>
      <w:tr w:rsidR="00CC3B94" w14:paraId="32304793" w14:textId="77777777" w:rsidTr="00761B4D">
        <w:trPr>
          <w:trHeight w:val="1157"/>
        </w:trPr>
        <w:tc>
          <w:tcPr>
            <w:tcW w:w="3256" w:type="dxa"/>
            <w:vAlign w:val="center"/>
          </w:tcPr>
          <w:p w14:paraId="0118E7BF" w14:textId="1D2A43B9" w:rsidR="00CC3B94" w:rsidRDefault="00CC3B94" w:rsidP="00CC3B94">
            <w:r w:rsidRPr="003E6F75">
              <w:t xml:space="preserve">Name and surname of the </w:t>
            </w:r>
            <w:proofErr w:type="gramStart"/>
            <w:r w:rsidR="00B3772F">
              <w:t>P</w:t>
            </w:r>
            <w:r w:rsidR="00B3772F" w:rsidRPr="003E6F75">
              <w:t>rincipal</w:t>
            </w:r>
            <w:proofErr w:type="gramEnd"/>
            <w:r w:rsidRPr="003E6F75">
              <w:t xml:space="preserve"> investigator:</w:t>
            </w:r>
            <w:r w:rsidR="003A20E0">
              <w:t xml:space="preserve"> </w:t>
            </w:r>
          </w:p>
        </w:tc>
        <w:tc>
          <w:tcPr>
            <w:tcW w:w="6342" w:type="dxa"/>
          </w:tcPr>
          <w:p w14:paraId="337F3566" w14:textId="77777777" w:rsidR="00CC3B94" w:rsidRDefault="00CC3B94" w:rsidP="00CC3B94"/>
        </w:tc>
      </w:tr>
      <w:tr w:rsidR="00CC3B94" w14:paraId="717328A4" w14:textId="77777777" w:rsidTr="00761B4D">
        <w:trPr>
          <w:trHeight w:val="520"/>
        </w:trPr>
        <w:tc>
          <w:tcPr>
            <w:tcW w:w="3256" w:type="dxa"/>
            <w:vAlign w:val="center"/>
          </w:tcPr>
          <w:p w14:paraId="01369641" w14:textId="20F37FC7" w:rsidR="00CC3B94" w:rsidRDefault="00CC3B94" w:rsidP="00CC3B94">
            <w:r w:rsidRPr="003E6F75">
              <w:t>Workload of the Principal Investigator</w:t>
            </w:r>
            <w:r w:rsidR="003A20E0">
              <w:rPr>
                <w:rStyle w:val="Znakapoznpodarou"/>
              </w:rPr>
              <w:footnoteReference w:id="1"/>
            </w:r>
            <w:r w:rsidRPr="003E6F75">
              <w:t>:</w:t>
            </w:r>
          </w:p>
        </w:tc>
        <w:tc>
          <w:tcPr>
            <w:tcW w:w="6342" w:type="dxa"/>
          </w:tcPr>
          <w:p w14:paraId="262EEE28" w14:textId="77777777" w:rsidR="00CC3B94" w:rsidRDefault="00CC3B94" w:rsidP="00CC3B94"/>
        </w:tc>
      </w:tr>
    </w:tbl>
    <w:p w14:paraId="3516329F" w14:textId="77777777" w:rsidR="00264E1B" w:rsidRDefault="00264E1B" w:rsidP="00264E1B"/>
    <w:tbl>
      <w:tblPr>
        <w:tblStyle w:val="Mkatabulky"/>
        <w:tblW w:w="9586" w:type="dxa"/>
        <w:tblLook w:val="04A0" w:firstRow="1" w:lastRow="0" w:firstColumn="1" w:lastColumn="0" w:noHBand="0" w:noVBand="1"/>
      </w:tblPr>
      <w:tblGrid>
        <w:gridCol w:w="3256"/>
        <w:gridCol w:w="6330"/>
      </w:tblGrid>
      <w:tr w:rsidR="00CC3B94" w14:paraId="0180771C" w14:textId="77777777" w:rsidTr="00761B4D">
        <w:trPr>
          <w:trHeight w:val="348"/>
        </w:trPr>
        <w:tc>
          <w:tcPr>
            <w:tcW w:w="3256" w:type="dxa"/>
            <w:vAlign w:val="center"/>
          </w:tcPr>
          <w:p w14:paraId="2A665ABA" w14:textId="34F59476" w:rsidR="00CC3B94" w:rsidRDefault="00CC3B94" w:rsidP="00CC3B94">
            <w:r w:rsidRPr="003E6F75">
              <w:t>Date of Internship (from – to)</w:t>
            </w:r>
            <w:r w:rsidRPr="003E6F75">
              <w:rPr>
                <w:rStyle w:val="Znakapoznpodarou"/>
              </w:rPr>
              <w:footnoteReference w:id="2"/>
            </w:r>
            <w:r w:rsidRPr="003E6F75">
              <w:t>:</w:t>
            </w:r>
          </w:p>
        </w:tc>
        <w:tc>
          <w:tcPr>
            <w:tcW w:w="6330" w:type="dxa"/>
          </w:tcPr>
          <w:p w14:paraId="33B352E9" w14:textId="77777777" w:rsidR="00CC3B94" w:rsidRDefault="00CC3B94" w:rsidP="00CC3B94"/>
        </w:tc>
      </w:tr>
      <w:tr w:rsidR="00CC3B94" w14:paraId="0833303A" w14:textId="77777777" w:rsidTr="00761B4D">
        <w:trPr>
          <w:trHeight w:val="693"/>
        </w:trPr>
        <w:tc>
          <w:tcPr>
            <w:tcW w:w="3256" w:type="dxa"/>
            <w:vAlign w:val="center"/>
          </w:tcPr>
          <w:p w14:paraId="38662512" w14:textId="1ED5C1BF" w:rsidR="00CC3B94" w:rsidRDefault="00CC3B94" w:rsidP="00CC3B94">
            <w:r w:rsidRPr="003E6F75">
              <w:t>Daily working hours schedule</w:t>
            </w:r>
            <w:r w:rsidR="002E0F89">
              <w:rPr>
                <w:rStyle w:val="Znakapoznpodarou"/>
              </w:rPr>
              <w:footnoteReference w:id="3"/>
            </w:r>
            <w:r w:rsidRPr="003E6F75">
              <w:t>:</w:t>
            </w:r>
          </w:p>
        </w:tc>
        <w:tc>
          <w:tcPr>
            <w:tcW w:w="6330" w:type="dxa"/>
          </w:tcPr>
          <w:p w14:paraId="41A8EA59" w14:textId="77777777" w:rsidR="00CC3B94" w:rsidRDefault="00CC3B94" w:rsidP="00CC3B94"/>
        </w:tc>
      </w:tr>
      <w:tr w:rsidR="00CC3B94" w14:paraId="12E37131" w14:textId="77777777" w:rsidTr="00761B4D">
        <w:trPr>
          <w:trHeight w:val="2786"/>
        </w:trPr>
        <w:tc>
          <w:tcPr>
            <w:tcW w:w="3256" w:type="dxa"/>
            <w:vAlign w:val="center"/>
          </w:tcPr>
          <w:p w14:paraId="2ECDD705" w14:textId="239D06C5" w:rsidR="00CC3B94" w:rsidRDefault="00CC3B94" w:rsidP="00CC3B94">
            <w:r w:rsidRPr="003E6F75">
              <w:t>All educational and research activities during the internship:</w:t>
            </w:r>
          </w:p>
        </w:tc>
        <w:tc>
          <w:tcPr>
            <w:tcW w:w="6330" w:type="dxa"/>
            <w:vAlign w:val="center"/>
          </w:tcPr>
          <w:p w14:paraId="29BEAC44" w14:textId="33F288E9" w:rsidR="00CC3B94" w:rsidRDefault="00CC3B94" w:rsidP="00CC3B94">
            <w:r w:rsidRPr="003E6F75">
              <w:rPr>
                <w:i/>
                <w:iCs/>
              </w:rPr>
              <w:t>A brief description indicating the objective of the mobility, information on whether the stated objective was achieved and whether the principal investigator carried out only research, academic, or skills and competencies development activities of a non-income-generating nature for the host organization.</w:t>
            </w:r>
          </w:p>
        </w:tc>
      </w:tr>
    </w:tbl>
    <w:p w14:paraId="3BE17CFD" w14:textId="77777777" w:rsidR="00CC3B94" w:rsidRDefault="00CC3B94" w:rsidP="00264E1B"/>
    <w:p w14:paraId="19F04B5D" w14:textId="77777777" w:rsidR="00FD18C9" w:rsidRDefault="00FD18C9" w:rsidP="00264E1B"/>
    <w:tbl>
      <w:tblPr>
        <w:tblStyle w:val="Mkatabulky"/>
        <w:tblW w:w="9589" w:type="dxa"/>
        <w:tblLook w:val="04A0" w:firstRow="1" w:lastRow="0" w:firstColumn="1" w:lastColumn="0" w:noHBand="0" w:noVBand="1"/>
      </w:tblPr>
      <w:tblGrid>
        <w:gridCol w:w="3255"/>
        <w:gridCol w:w="6334"/>
      </w:tblGrid>
      <w:tr w:rsidR="00CC3B94" w14:paraId="0D8566E1" w14:textId="77777777" w:rsidTr="004765FB">
        <w:trPr>
          <w:trHeight w:val="804"/>
        </w:trPr>
        <w:tc>
          <w:tcPr>
            <w:tcW w:w="3255" w:type="dxa"/>
            <w:vAlign w:val="center"/>
          </w:tcPr>
          <w:p w14:paraId="2CC6F8B8" w14:textId="1BFC6F25" w:rsidR="00CC3B94" w:rsidRDefault="00CC3B94" w:rsidP="00CC3B94">
            <w:r w:rsidRPr="003E6F75">
              <w:t>The host organization:</w:t>
            </w:r>
          </w:p>
        </w:tc>
        <w:tc>
          <w:tcPr>
            <w:tcW w:w="6334" w:type="dxa"/>
          </w:tcPr>
          <w:p w14:paraId="68408043" w14:textId="3BC429CD" w:rsidR="00CC3B94" w:rsidRDefault="00CC3B94" w:rsidP="00CC3B94"/>
        </w:tc>
      </w:tr>
      <w:tr w:rsidR="00CC3B94" w14:paraId="00B167CD" w14:textId="77777777" w:rsidTr="004765FB">
        <w:trPr>
          <w:trHeight w:val="986"/>
        </w:trPr>
        <w:tc>
          <w:tcPr>
            <w:tcW w:w="3255" w:type="dxa"/>
            <w:vAlign w:val="center"/>
          </w:tcPr>
          <w:p w14:paraId="51C885BA" w14:textId="3E40A9BF" w:rsidR="00CC3B94" w:rsidRDefault="00CC3B94" w:rsidP="00CC3B94">
            <w:r w:rsidRPr="003E6F75">
              <w:lastRenderedPageBreak/>
              <w:t>Contact details of the host organization (address, phone, ID number):</w:t>
            </w:r>
          </w:p>
        </w:tc>
        <w:tc>
          <w:tcPr>
            <w:tcW w:w="6334" w:type="dxa"/>
          </w:tcPr>
          <w:p w14:paraId="14BF0F0F" w14:textId="77777777" w:rsidR="00CC3B94" w:rsidRDefault="00CC3B94" w:rsidP="00CC3B94"/>
        </w:tc>
      </w:tr>
      <w:tr w:rsidR="00CC3B94" w14:paraId="621041CC" w14:textId="77777777" w:rsidTr="004765FB">
        <w:trPr>
          <w:trHeight w:val="830"/>
        </w:trPr>
        <w:tc>
          <w:tcPr>
            <w:tcW w:w="3255" w:type="dxa"/>
            <w:vAlign w:val="center"/>
          </w:tcPr>
          <w:p w14:paraId="30E7E38A" w14:textId="51BCCCEB" w:rsidR="00CC3B94" w:rsidRDefault="00CC3B94" w:rsidP="00CC3B94">
            <w:r w:rsidRPr="0015644B">
              <w:t>Address of the foreign internship:</w:t>
            </w:r>
          </w:p>
        </w:tc>
        <w:tc>
          <w:tcPr>
            <w:tcW w:w="6334" w:type="dxa"/>
          </w:tcPr>
          <w:p w14:paraId="4B10E439" w14:textId="77777777" w:rsidR="00CC3B94" w:rsidRDefault="00CC3B94" w:rsidP="00CC3B94"/>
        </w:tc>
      </w:tr>
      <w:tr w:rsidR="00CC3B94" w14:paraId="26839C53" w14:textId="77777777" w:rsidTr="004765FB">
        <w:trPr>
          <w:trHeight w:val="842"/>
        </w:trPr>
        <w:tc>
          <w:tcPr>
            <w:tcW w:w="3255" w:type="dxa"/>
            <w:vAlign w:val="center"/>
          </w:tcPr>
          <w:p w14:paraId="24B92499" w14:textId="0E1A455A" w:rsidR="00CC3B94" w:rsidRDefault="00CC3B94" w:rsidP="00CC3B94">
            <w:r>
              <w:t>Country of the host organization:</w:t>
            </w:r>
            <w:r w:rsidR="008A427B">
              <w:t xml:space="preserve"> </w:t>
            </w:r>
          </w:p>
        </w:tc>
        <w:tc>
          <w:tcPr>
            <w:tcW w:w="6334" w:type="dxa"/>
          </w:tcPr>
          <w:p w14:paraId="6DBDD43A" w14:textId="77777777" w:rsidR="00CC3B94" w:rsidRDefault="00CC3B94" w:rsidP="00CC3B94"/>
        </w:tc>
      </w:tr>
    </w:tbl>
    <w:p w14:paraId="2AF954A4" w14:textId="77777777" w:rsidR="008A427B" w:rsidRDefault="008A427B" w:rsidP="00264E1B"/>
    <w:p w14:paraId="7F322F80" w14:textId="77777777" w:rsidR="008A427B" w:rsidRPr="00264E1B" w:rsidRDefault="008A427B" w:rsidP="00264E1B"/>
    <w:tbl>
      <w:tblPr>
        <w:tblStyle w:val="Mkatabulky"/>
        <w:tblW w:w="9630" w:type="dxa"/>
        <w:tblLook w:val="04A0" w:firstRow="1" w:lastRow="0" w:firstColumn="1" w:lastColumn="0" w:noHBand="0" w:noVBand="1"/>
      </w:tblPr>
      <w:tblGrid>
        <w:gridCol w:w="2156"/>
        <w:gridCol w:w="2156"/>
        <w:gridCol w:w="2157"/>
        <w:gridCol w:w="3161"/>
      </w:tblGrid>
      <w:tr w:rsidR="00D76E9E" w14:paraId="014D4932" w14:textId="77777777" w:rsidTr="0047185C">
        <w:trPr>
          <w:trHeight w:val="268"/>
        </w:trPr>
        <w:tc>
          <w:tcPr>
            <w:tcW w:w="2156" w:type="dxa"/>
          </w:tcPr>
          <w:p w14:paraId="5A365E77" w14:textId="77777777" w:rsidR="00D76E9E" w:rsidRDefault="00D76E9E" w:rsidP="00D76E9E"/>
        </w:tc>
        <w:tc>
          <w:tcPr>
            <w:tcW w:w="2156" w:type="dxa"/>
            <w:vAlign w:val="center"/>
          </w:tcPr>
          <w:p w14:paraId="72D2D0B9" w14:textId="5517889D" w:rsidR="00D76E9E" w:rsidRDefault="00D76E9E" w:rsidP="00D76E9E">
            <w:pPr>
              <w:jc w:val="center"/>
            </w:pPr>
            <w:r w:rsidRPr="003E6F75">
              <w:t xml:space="preserve">Name and </w:t>
            </w:r>
            <w:r>
              <w:t>S</w:t>
            </w:r>
            <w:r w:rsidRPr="003E6F75">
              <w:t>urname</w:t>
            </w:r>
            <w:r>
              <w:t>:</w:t>
            </w:r>
          </w:p>
        </w:tc>
        <w:tc>
          <w:tcPr>
            <w:tcW w:w="2157" w:type="dxa"/>
            <w:vAlign w:val="center"/>
          </w:tcPr>
          <w:p w14:paraId="1C9E2CB7" w14:textId="32CBF296" w:rsidR="00D76E9E" w:rsidRDefault="00D76E9E" w:rsidP="00D76E9E">
            <w:pPr>
              <w:jc w:val="center"/>
            </w:pPr>
            <w:r>
              <w:t>Date:</w:t>
            </w:r>
          </w:p>
        </w:tc>
        <w:tc>
          <w:tcPr>
            <w:tcW w:w="3161" w:type="dxa"/>
            <w:vAlign w:val="center"/>
          </w:tcPr>
          <w:p w14:paraId="7B262458" w14:textId="552637A9" w:rsidR="00D76E9E" w:rsidRDefault="00D76E9E" w:rsidP="00D76E9E">
            <w:pPr>
              <w:jc w:val="center"/>
            </w:pPr>
            <w:r w:rsidRPr="003E6F75">
              <w:t>Signature</w:t>
            </w:r>
            <w:r>
              <w:t>:</w:t>
            </w:r>
          </w:p>
        </w:tc>
      </w:tr>
      <w:tr w:rsidR="00D76E9E" w14:paraId="711E613B" w14:textId="77777777" w:rsidTr="0047185C">
        <w:trPr>
          <w:trHeight w:val="268"/>
        </w:trPr>
        <w:tc>
          <w:tcPr>
            <w:tcW w:w="2156" w:type="dxa"/>
            <w:vAlign w:val="center"/>
          </w:tcPr>
          <w:p w14:paraId="0CFDB525" w14:textId="0F065ACB" w:rsidR="00D76E9E" w:rsidRDefault="00D76E9E" w:rsidP="00D76E9E">
            <w:r w:rsidRPr="003E6F75">
              <w:t>Participant:</w:t>
            </w:r>
          </w:p>
        </w:tc>
        <w:tc>
          <w:tcPr>
            <w:tcW w:w="2156" w:type="dxa"/>
          </w:tcPr>
          <w:p w14:paraId="7C1B05D6" w14:textId="77777777" w:rsidR="00D76E9E" w:rsidRDefault="00D76E9E" w:rsidP="00D76E9E"/>
        </w:tc>
        <w:tc>
          <w:tcPr>
            <w:tcW w:w="2157" w:type="dxa"/>
          </w:tcPr>
          <w:p w14:paraId="33BBCD54" w14:textId="77777777" w:rsidR="00D76E9E" w:rsidRDefault="00D76E9E" w:rsidP="00D76E9E"/>
        </w:tc>
        <w:tc>
          <w:tcPr>
            <w:tcW w:w="3161" w:type="dxa"/>
          </w:tcPr>
          <w:p w14:paraId="46C0E502" w14:textId="77777777" w:rsidR="00D76E9E" w:rsidRDefault="00D76E9E" w:rsidP="00D76E9E"/>
        </w:tc>
      </w:tr>
      <w:tr w:rsidR="00D76E9E" w14:paraId="33238961" w14:textId="77777777" w:rsidTr="0047185C">
        <w:trPr>
          <w:trHeight w:val="798"/>
        </w:trPr>
        <w:tc>
          <w:tcPr>
            <w:tcW w:w="2156" w:type="dxa"/>
            <w:vAlign w:val="center"/>
          </w:tcPr>
          <w:p w14:paraId="3584F6AA" w14:textId="01D5CB3B" w:rsidR="00D76E9E" w:rsidRDefault="00D76E9E" w:rsidP="00D76E9E">
            <w:r w:rsidRPr="003E6F75">
              <w:t>Head of Department (Charles University):</w:t>
            </w:r>
          </w:p>
        </w:tc>
        <w:tc>
          <w:tcPr>
            <w:tcW w:w="2156" w:type="dxa"/>
          </w:tcPr>
          <w:p w14:paraId="48F7B6B1" w14:textId="77777777" w:rsidR="00D76E9E" w:rsidRDefault="00D76E9E" w:rsidP="00D76E9E"/>
        </w:tc>
        <w:tc>
          <w:tcPr>
            <w:tcW w:w="2157" w:type="dxa"/>
          </w:tcPr>
          <w:p w14:paraId="62288375" w14:textId="77777777" w:rsidR="00D76E9E" w:rsidRDefault="00D76E9E" w:rsidP="00D76E9E"/>
        </w:tc>
        <w:tc>
          <w:tcPr>
            <w:tcW w:w="3161" w:type="dxa"/>
          </w:tcPr>
          <w:p w14:paraId="47481391" w14:textId="77777777" w:rsidR="00D76E9E" w:rsidRDefault="00D76E9E" w:rsidP="00D76E9E"/>
        </w:tc>
      </w:tr>
      <w:tr w:rsidR="00D76E9E" w14:paraId="6A156BD4" w14:textId="77777777" w:rsidTr="0047185C">
        <w:trPr>
          <w:trHeight w:val="798"/>
        </w:trPr>
        <w:tc>
          <w:tcPr>
            <w:tcW w:w="2156" w:type="dxa"/>
            <w:vAlign w:val="center"/>
          </w:tcPr>
          <w:p w14:paraId="755A10B2" w14:textId="01E253BB" w:rsidR="00D76E9E" w:rsidRDefault="00D76E9E" w:rsidP="00D76E9E">
            <w:r w:rsidRPr="003E6F75">
              <w:t>Representative of the host organization:</w:t>
            </w:r>
          </w:p>
        </w:tc>
        <w:tc>
          <w:tcPr>
            <w:tcW w:w="2156" w:type="dxa"/>
          </w:tcPr>
          <w:p w14:paraId="1B3F814A" w14:textId="77777777" w:rsidR="00D76E9E" w:rsidRDefault="00D76E9E" w:rsidP="00D76E9E"/>
        </w:tc>
        <w:tc>
          <w:tcPr>
            <w:tcW w:w="2157" w:type="dxa"/>
          </w:tcPr>
          <w:p w14:paraId="6E4FBAD6" w14:textId="77777777" w:rsidR="00D76E9E" w:rsidRDefault="00D76E9E" w:rsidP="00D76E9E"/>
        </w:tc>
        <w:tc>
          <w:tcPr>
            <w:tcW w:w="3161" w:type="dxa"/>
          </w:tcPr>
          <w:p w14:paraId="03BFA479" w14:textId="77777777" w:rsidR="00D76E9E" w:rsidRDefault="00D76E9E" w:rsidP="00D76E9E"/>
        </w:tc>
      </w:tr>
    </w:tbl>
    <w:p w14:paraId="49F2CD0A" w14:textId="7A28E240" w:rsidR="00614BA8" w:rsidRDefault="00614BA8"/>
    <w:sectPr w:rsidR="00614BA8"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C0F1" w14:textId="77777777" w:rsidR="003232D5" w:rsidRPr="003E6F75" w:rsidRDefault="003232D5" w:rsidP="00AE61D4">
      <w:pPr>
        <w:spacing w:after="0" w:line="240" w:lineRule="auto"/>
      </w:pPr>
      <w:r w:rsidRPr="003E6F75">
        <w:separator/>
      </w:r>
    </w:p>
  </w:endnote>
  <w:endnote w:type="continuationSeparator" w:id="0">
    <w:p w14:paraId="193F759B" w14:textId="77777777" w:rsidR="003232D5" w:rsidRPr="003E6F75" w:rsidRDefault="003232D5" w:rsidP="00AE61D4">
      <w:pPr>
        <w:spacing w:after="0" w:line="240" w:lineRule="auto"/>
      </w:pPr>
      <w:r w:rsidRPr="003E6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2D58" w14:textId="0076CB25" w:rsidR="00AE61D4" w:rsidRPr="003E6F75" w:rsidRDefault="00AE61D4" w:rsidP="003E6F75">
    <w:pPr>
      <w:pStyle w:val="Zpat"/>
      <w:jc w:val="center"/>
    </w:pPr>
    <w:r w:rsidRPr="003E6F75">
      <w:rPr>
        <w:noProof/>
      </w:rPr>
      <w:drawing>
        <wp:inline distT="0" distB="0" distL="0" distR="0" wp14:anchorId="7A18C844" wp14:editId="080348D9">
          <wp:extent cx="3924935" cy="548077"/>
          <wp:effectExtent l="0" t="0" r="0" b="4445"/>
          <wp:docPr id="5303169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16947" name=""/>
                  <pic:cNvPicPr/>
                </pic:nvPicPr>
                <pic:blipFill>
                  <a:blip r:embed="rId1"/>
                  <a:stretch>
                    <a:fillRect/>
                  </a:stretch>
                </pic:blipFill>
                <pic:spPr>
                  <a:xfrm>
                    <a:off x="0" y="0"/>
                    <a:ext cx="4070815" cy="5684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277D" w14:textId="77777777" w:rsidR="003232D5" w:rsidRPr="003E6F75" w:rsidRDefault="003232D5" w:rsidP="00AE61D4">
      <w:pPr>
        <w:spacing w:after="0" w:line="240" w:lineRule="auto"/>
      </w:pPr>
      <w:r w:rsidRPr="003E6F75">
        <w:separator/>
      </w:r>
    </w:p>
  </w:footnote>
  <w:footnote w:type="continuationSeparator" w:id="0">
    <w:p w14:paraId="30C3D1E7" w14:textId="77777777" w:rsidR="003232D5" w:rsidRPr="003E6F75" w:rsidRDefault="003232D5" w:rsidP="00AE61D4">
      <w:pPr>
        <w:spacing w:after="0" w:line="240" w:lineRule="auto"/>
      </w:pPr>
      <w:r w:rsidRPr="003E6F75">
        <w:continuationSeparator/>
      </w:r>
    </w:p>
  </w:footnote>
  <w:footnote w:id="1">
    <w:p w14:paraId="3879C95D" w14:textId="03D4EABA" w:rsidR="003A20E0" w:rsidRPr="00D76E9E" w:rsidRDefault="003A20E0" w:rsidP="001605AB">
      <w:pPr>
        <w:pStyle w:val="Textpoznpodarou"/>
        <w:spacing w:before="100" w:beforeAutospacing="1"/>
        <w:jc w:val="both"/>
      </w:pPr>
      <w:r>
        <w:rPr>
          <w:rStyle w:val="Znakapoznpodarou"/>
        </w:rPr>
        <w:footnoteRef/>
      </w:r>
      <w:r>
        <w:t xml:space="preserve"> </w:t>
      </w:r>
      <w:r w:rsidR="0067632C" w:rsidRPr="0067632C">
        <w:t>The minimum employment workload is 0.5.</w:t>
      </w:r>
    </w:p>
  </w:footnote>
  <w:footnote w:id="2">
    <w:p w14:paraId="4C4D4823" w14:textId="331E4A84" w:rsidR="00CC3B94" w:rsidRPr="003E6F75" w:rsidRDefault="00CC3B94" w:rsidP="00761B4D">
      <w:pPr>
        <w:pStyle w:val="Textpoznpodarou"/>
      </w:pPr>
      <w:r w:rsidRPr="001605AB">
        <w:rPr>
          <w:vertAlign w:val="superscript"/>
        </w:rPr>
        <w:footnoteRef/>
      </w:r>
      <w:r w:rsidRPr="003E6F75">
        <w:t xml:space="preserve"> In the case of departure and arrival days, it is necessary to demonstrate that at least 4 hours were worked for those days to be counted.</w:t>
      </w:r>
      <w:r>
        <w:t xml:space="preserve"> </w:t>
      </w:r>
      <w:r w:rsidRPr="009528CA">
        <w:t xml:space="preserve">The minimum duration of the mobility is 1 month, </w:t>
      </w:r>
      <w:r w:rsidR="00761B4D">
        <w:br/>
      </w:r>
      <w:r w:rsidRPr="009528CA">
        <w:t>i.e., 20 person-days.</w:t>
      </w:r>
      <w:r>
        <w:t xml:space="preserve"> </w:t>
      </w:r>
    </w:p>
  </w:footnote>
  <w:footnote w:id="3">
    <w:p w14:paraId="09766F7E" w14:textId="2EDA78F2" w:rsidR="002E0F89" w:rsidRPr="002E0F89" w:rsidRDefault="002E0F89" w:rsidP="00761B4D">
      <w:pPr>
        <w:pStyle w:val="Textpoznpodarou"/>
        <w:spacing w:after="400"/>
        <w:jc w:val="both"/>
        <w:rPr>
          <w:lang w:val="cs-CZ"/>
        </w:rPr>
      </w:pPr>
      <w:r>
        <w:rPr>
          <w:rStyle w:val="Znakapoznpodarou"/>
        </w:rPr>
        <w:footnoteRef/>
      </w:r>
      <w:r>
        <w:t xml:space="preserve"> </w:t>
      </w:r>
      <w:r w:rsidRPr="003E6F75">
        <w:t>The minimum number of working hours per day is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7EA" w14:textId="1665CFE9" w:rsidR="003E6F75" w:rsidRDefault="003E6F75" w:rsidP="00E91683">
    <w:pPr>
      <w:pStyle w:val="Zhlav"/>
      <w:spacing w:after="600"/>
      <w:ind w:left="-284" w:right="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645431966">
    <w:abstractNumId w:val="8"/>
  </w:num>
  <w:num w:numId="2" w16cid:durableId="1901986662">
    <w:abstractNumId w:val="6"/>
  </w:num>
  <w:num w:numId="3" w16cid:durableId="1088161618">
    <w:abstractNumId w:val="5"/>
  </w:num>
  <w:num w:numId="4" w16cid:durableId="487326077">
    <w:abstractNumId w:val="4"/>
  </w:num>
  <w:num w:numId="5" w16cid:durableId="702900839">
    <w:abstractNumId w:val="7"/>
  </w:num>
  <w:num w:numId="6" w16cid:durableId="1268078096">
    <w:abstractNumId w:val="3"/>
  </w:num>
  <w:num w:numId="7" w16cid:durableId="925113020">
    <w:abstractNumId w:val="2"/>
  </w:num>
  <w:num w:numId="8" w16cid:durableId="1405033023">
    <w:abstractNumId w:val="1"/>
  </w:num>
  <w:num w:numId="9" w16cid:durableId="12320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AC6"/>
    <w:rsid w:val="00034616"/>
    <w:rsid w:val="00041421"/>
    <w:rsid w:val="00045CA6"/>
    <w:rsid w:val="0006063C"/>
    <w:rsid w:val="00097078"/>
    <w:rsid w:val="000A6299"/>
    <w:rsid w:val="0010586F"/>
    <w:rsid w:val="001073C6"/>
    <w:rsid w:val="0012139B"/>
    <w:rsid w:val="001414F8"/>
    <w:rsid w:val="0015074B"/>
    <w:rsid w:val="0015539B"/>
    <w:rsid w:val="0015644B"/>
    <w:rsid w:val="001605AB"/>
    <w:rsid w:val="001960BD"/>
    <w:rsid w:val="001F3772"/>
    <w:rsid w:val="001F6479"/>
    <w:rsid w:val="00264E1B"/>
    <w:rsid w:val="00272EC7"/>
    <w:rsid w:val="00283208"/>
    <w:rsid w:val="0029639D"/>
    <w:rsid w:val="002B56B2"/>
    <w:rsid w:val="002E0F89"/>
    <w:rsid w:val="002F1969"/>
    <w:rsid w:val="003232D5"/>
    <w:rsid w:val="00326F90"/>
    <w:rsid w:val="00332205"/>
    <w:rsid w:val="00364A61"/>
    <w:rsid w:val="00367B02"/>
    <w:rsid w:val="003A20E0"/>
    <w:rsid w:val="003D1365"/>
    <w:rsid w:val="003E6F75"/>
    <w:rsid w:val="004207B8"/>
    <w:rsid w:val="004401C6"/>
    <w:rsid w:val="0044446A"/>
    <w:rsid w:val="0047185C"/>
    <w:rsid w:val="004765FB"/>
    <w:rsid w:val="004B536C"/>
    <w:rsid w:val="00536142"/>
    <w:rsid w:val="00537F67"/>
    <w:rsid w:val="005B1065"/>
    <w:rsid w:val="005F43E0"/>
    <w:rsid w:val="00614BA8"/>
    <w:rsid w:val="00635193"/>
    <w:rsid w:val="006474A1"/>
    <w:rsid w:val="0067632C"/>
    <w:rsid w:val="006D41C7"/>
    <w:rsid w:val="00761B4D"/>
    <w:rsid w:val="00776F5A"/>
    <w:rsid w:val="007B0A47"/>
    <w:rsid w:val="007C1C88"/>
    <w:rsid w:val="007D0153"/>
    <w:rsid w:val="007E4CD5"/>
    <w:rsid w:val="007E585B"/>
    <w:rsid w:val="008260A4"/>
    <w:rsid w:val="00876833"/>
    <w:rsid w:val="008912DD"/>
    <w:rsid w:val="008A427B"/>
    <w:rsid w:val="008D57DD"/>
    <w:rsid w:val="008E703D"/>
    <w:rsid w:val="00901F18"/>
    <w:rsid w:val="00920A8A"/>
    <w:rsid w:val="00925CB8"/>
    <w:rsid w:val="00942845"/>
    <w:rsid w:val="009528CA"/>
    <w:rsid w:val="00955D3D"/>
    <w:rsid w:val="00963290"/>
    <w:rsid w:val="00966C4B"/>
    <w:rsid w:val="009737B0"/>
    <w:rsid w:val="00A37DD9"/>
    <w:rsid w:val="00A85E9E"/>
    <w:rsid w:val="00A924EE"/>
    <w:rsid w:val="00AA1D8D"/>
    <w:rsid w:val="00AE61D4"/>
    <w:rsid w:val="00AF4D58"/>
    <w:rsid w:val="00B2680D"/>
    <w:rsid w:val="00B3772F"/>
    <w:rsid w:val="00B47730"/>
    <w:rsid w:val="00B87462"/>
    <w:rsid w:val="00BC25B9"/>
    <w:rsid w:val="00BC7C93"/>
    <w:rsid w:val="00C8403C"/>
    <w:rsid w:val="00CA74DA"/>
    <w:rsid w:val="00CB0664"/>
    <w:rsid w:val="00CC24C3"/>
    <w:rsid w:val="00CC3B94"/>
    <w:rsid w:val="00CF366D"/>
    <w:rsid w:val="00D61A8F"/>
    <w:rsid w:val="00D76E9E"/>
    <w:rsid w:val="00DA57B9"/>
    <w:rsid w:val="00DD50EB"/>
    <w:rsid w:val="00DF243A"/>
    <w:rsid w:val="00E558AA"/>
    <w:rsid w:val="00E91683"/>
    <w:rsid w:val="00EF52DE"/>
    <w:rsid w:val="00F35700"/>
    <w:rsid w:val="00F55DCB"/>
    <w:rsid w:val="00F65816"/>
    <w:rsid w:val="00FB20A1"/>
    <w:rsid w:val="00FB542A"/>
    <w:rsid w:val="00FC693F"/>
    <w:rsid w:val="00FD08AE"/>
    <w:rsid w:val="00FD09D6"/>
    <w:rsid w:val="00FD18C9"/>
    <w:rsid w:val="00FD3B74"/>
    <w:rsid w:val="00FF5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BBA8DB"/>
  <w14:defaultImageDpi w14:val="300"/>
  <w15:docId w15:val="{E6D85223-FF15-42CB-9697-07B43233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lang w:val="en-GB"/>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poznpodarou">
    <w:name w:val="footnote text"/>
    <w:basedOn w:val="Normln"/>
    <w:link w:val="TextpoznpodarouChar"/>
    <w:uiPriority w:val="99"/>
    <w:semiHidden/>
    <w:unhideWhenUsed/>
    <w:rsid w:val="007E4CD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E4CD5"/>
    <w:rPr>
      <w:sz w:val="20"/>
      <w:szCs w:val="20"/>
    </w:rPr>
  </w:style>
  <w:style w:type="character" w:styleId="Znakapoznpodarou">
    <w:name w:val="footnote reference"/>
    <w:basedOn w:val="Standardnpsmoodstavce"/>
    <w:uiPriority w:val="99"/>
    <w:semiHidden/>
    <w:unhideWhenUsed/>
    <w:rsid w:val="007E4C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47E1BB38FC004F861B78B497E53DCF" ma:contentTypeVersion="11" ma:contentTypeDescription="Vytvoří nový dokument" ma:contentTypeScope="" ma:versionID="122b547b59443c0827d38b6bec95a0d5">
  <xsd:schema xmlns:xsd="http://www.w3.org/2001/XMLSchema" xmlns:xs="http://www.w3.org/2001/XMLSchema" xmlns:p="http://schemas.microsoft.com/office/2006/metadata/properties" xmlns:ns2="a839afd4-935e-426f-bfdb-48954b7c24b0" targetNamespace="http://schemas.microsoft.com/office/2006/metadata/properties" ma:root="true" ma:fieldsID="cd56d9b705a2397230ca20d21e2008e7" ns2:_="">
    <xsd:import namespace="a839afd4-935e-426f-bfdb-48954b7c2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9afd4-935e-426f-bfdb-48954b7c2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39afd4-935e-426f-bfdb-48954b7c24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EDED74-2BB6-4C2E-ACD1-37F1AD39F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9afd4-935e-426f-bfdb-48954b7c2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7D88B-346E-4B79-94A9-A3ADE875F1FB}">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F3C0BFC3-EDD2-480B-BF52-FA2A05BAF53B}">
  <ds:schemaRefs>
    <ds:schemaRef ds:uri="http://schemas.microsoft.com/office/2006/metadata/properties"/>
    <ds:schemaRef ds:uri="http://schemas.microsoft.com/office/infopath/2007/PartnerControls"/>
    <ds:schemaRef ds:uri="a839afd4-935e-426f-bfdb-48954b7c24b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819</Characters>
  <Application>Microsoft Office Word</Application>
  <DocSecurity>0</DocSecurity>
  <Lines>6</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Adam Dvořák</cp:lastModifiedBy>
  <cp:revision>2</cp:revision>
  <dcterms:created xsi:type="dcterms:W3CDTF">2026-07-22T13:46:00Z</dcterms:created>
  <dcterms:modified xsi:type="dcterms:W3CDTF">2026-07-22T13:46:00Z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0x0101009247E1BB38FC004F861B78B497E53DCF</vt:lpwstr>
  </property>
  <property fmtid="{D5CDD505-2E9C-101B-9397-08002B2CF9AE}" pid="3" name="MediaServiceImageTags">
    <vt:lpwstr/>
  </property>
</Properties>
</file>